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Dlhodobá úľava od primárnej dysmenorey po blokáde predného quadratus lumborum: séria prípadov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Článok prezentuje sériu troch prípadov, kde bilaterálna blokáda predného quadratus lumborum (AQLB) s 20 ml 0,375 % ropivakaínu na každú stranu priniesla výraznú úľavu od menštruačnej bolesti pri primárnej dysmenoree. Bloky trunkálnej fasciálnej roviny sa ukázali účinné pri liečbe chronickej a refraktérnej nechirurgickej bolesti. AQLB poskytla okamžitú úľavu v prvom mesiaci po zákroku. Účinok pretrval zreteľne po dobu 6 mesiacov. Skóre menštruačných symptómov sa významne zlepšilo. AQLB môže slúžiť ako alternatívna možnosť pre dlhodobú liečbu primárnej dysmenoree.</w:t>
      </w:r>
    </w:p>
    <w:p/>
    <w:p>
      <w:pPr>
        <w:jc w:val="center"/>
      </w:pPr>
      <w:r>
        <w:t>Vygenerované: 20.03.2026 07:46:43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