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Účinky remimazolamu a sevofluranu na pooperačné delírium a skoré kognitívne poškodenie u starších pacientov po laparoskopicky asistovanej gastrointestinálnej chirurgii: randomizovaná klinická štúdia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Štúdia porovnávala účinky remimazolamu a sevofluranu na pooperačné delírium (POD) a skoré kognitívne poškodenie u 90 starších pacientov po laparoskopickej gastrointestinálnej operácii. Pacienti boli náhodne rozdelení do troch skupín (n=30): remimazolam (R), sevofluran (S) a kombinovaná skupina (RS). Neboli zistené významné rozdiely v incidencii POD (p=0,654), čase výskytu (p=0,985), trvaní (p=0,355) ani klasifikácii (p=1,00) medzi skupinami. Výskyt oneskoreného zotavenia kognitívnych funkcií sa tiež nelíšil (p=0,616). V skupine R bol nižší výskyt intraoperačnej hypotenzie a menšie použitie vazoaktívnych liekov (p&lt;0,05). Pri kombinácii s sevofluranom sa znížili indukčné a udržiavacie dávky remimazolamu a skrátil čas do straty vedomia (p&lt;0,05). Remimazolam nebol spojený so zvýšeným POD ani oneskoreným obnovením kognitívnych funkcií a mal menej vplyv na obeh ako sevofluran. Štúdia je zaregistrovaná pod ChiCRT2200064984.</w:t>
      </w:r>
    </w:p>
    <w:p/>
    <w:p>
      <w:pPr>
        <w:jc w:val="center"/>
      </w:pPr>
      <w:r>
        <w:t>Vygenerované: 20.03.2026 07:46:53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