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Ralph Ross Russell: priekopník medicíny mŕtvice a bystrý diagnostik</w:t>
      </w:r>
    </w:p>
    <w:p>
      <w:r>
        <w:t>Zdroj: BMJ</w:t>
      </w:r>
    </w:p>
    <w:p>
      <w:r>
        <w:t>Publikované: 2026-03-20T03:56:10-07:00</w:t>
      </w:r>
    </w:p>
    <w:p/>
    <w:p>
      <w:pPr>
        <w:pStyle w:val="Heading1"/>
      </w:pPr>
      <w:r>
        <w:t>Súhrn</w:t>
      </w:r>
    </w:p>
    <w:p>
      <w:r>
        <w:t>Ralph Ross Russell (známy ako R3) bol neurológ, ktorý sa stal priekopníkom v medicíne mŕtvice v čase, keď táto oblasť nebola považovaná za akademicky dôležitú.[1] Bol jedným z prvých, ktorí transformovali štúdium mŕtvice na výskumnú a klinickú špecializáciu, čím prispel k lepšiemu pochopeniu a liečbe tejto choroby.[1] Na začiatku svojej kariéry pracoval ako vedecký pracovník a lektor medicíny v Oxforde pod vedením Georga Pickeringa, regius profesora medicíny.[1] Jeho výskum sa zameral na mechanizmus hypertenzie a jej úlohu pri cerebrovaskulárnych ochoreniach, v čase keď bol spochybňovaný vazospazmus ako príčina prechodných ischemických záchvatov (TIA).[1] Ross Russell zohrával kľúčovú úlohu pri premene liečby mŕtvice na úspešnú medicínsku špecializáciu, akou je dnes.[1]</w:t>
      </w:r>
    </w:p>
    <w:p/>
    <w:p>
      <w:pPr>
        <w:jc w:val="center"/>
      </w:pPr>
      <w:r>
        <w:t>Vygenerované: 20.03.2026 13:00:34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