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Všetky najdôležitejšie udalosti z Breakthrough Summit East spoločnosti STAT</w:t>
      </w:r>
    </w:p>
    <w:p>
      <w:r>
        <w:t>Zdroj: STAT News</w:t>
      </w:r>
    </w:p>
    <w:p>
      <w:r>
        <w:t>Publikované: Fri, 20 Mar 2026 13:54:47 +0000</w:t>
      </w:r>
    </w:p>
    <w:p/>
    <w:p>
      <w:pPr>
        <w:pStyle w:val="Heading1"/>
      </w:pPr>
      <w:r>
        <w:t>Súhrn</w:t>
      </w:r>
    </w:p>
    <w:p>
      <w:r>
        <w:t>STAT Breakthrough Summit East 2026 sa koná 19. marca v New Yorku na mieste Apella by Alexandria, 450 East 29th Street, a online cez virtuálnu platformu STAT.[1][2] Podujatie spája lídrov z oblasti zdravotníctva, biotechu, farmaceutického priemyslu a akademických laboratórií na diskusie o dôležitých výskumoch, objavoch a pokrokoch v medicíne.[1][5] Agenda zahŕňa rozhovory v reálnom čase o budúcnosti vedy a medicíny s inovatívnymi rečníkami.[4] Medzi rečníkov patria Jane Grogan z Biogen, Sharon Mates z Intra-Cellular Therapies, Stelios Papadopoulos z Exelixis a Jacob Van Naarden z Eli Lilly.[1] Podujatie reaguje na výzvy z roku 2025, ako masívne škrtanie federálneho financovania, zmeny vládnych politík a rastúci skeptizmus voči vede a medicíne.[1][5] Účastníci môžu rezervovať izbu v hoteli Royalton Park Avenue za zľavnenú cenu 319 dolárov za noc.[1] Pre tlač sú dostupné akreditácie na požiadanie.[5]</w:t>
      </w:r>
    </w:p>
    <w:p/>
    <w:p>
      <w:pPr>
        <w:jc w:val="center"/>
      </w:pPr>
      <w:r>
        <w:t>Vygenerované: 20.03.2026 15:00:34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