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očakávaniach TrumpRx, vysokodávkovej verzii Wegovy a ďalších</w:t>
      </w:r>
    </w:p>
    <w:p>
      <w:r>
        <w:t>Zdroj: STAT News</w:t>
      </w:r>
    </w:p>
    <w:p>
      <w:r>
        <w:t>Publikované: Fri, 20 Mar 2026 13:26:01 +0000</w:t>
      </w:r>
    </w:p>
    <w:p/>
    <w:p>
      <w:pPr>
        <w:pStyle w:val="Heading1"/>
      </w:pPr>
      <w:r>
        <w:t>Súhrn</w:t>
      </w:r>
    </w:p>
    <w:p>
      <w:r>
        <w:t>Prezident Trump označil platformu TrumpRx za jednu z najtransformačnejších zdravotníckych iniciatív. Mesiac po spustení je na platforme dostupných málo liekov, údaje o jej používaní nie sú známe a súkromné dohody s farmaceutickými firmami sa ešte dokončujú.[1][3] Platforma ponúka zľavy na lieky priamo od výrobcov, no ceny na nej nie sú najnižšie na svete, ako tvrdia predstavitelia vlády.[5] Podľa prieskumu KFF si 41 % Američanov myslí, že politiky Trumpovej administratívy znížia ich náklady na lieky, pričom 79 % republikánov a 11 % demokratov to očakáva.[2] Biotech spoločnosti kritizujú Trumpov plán na obmedzenie cien liekov na najnižšiu úroveň v bohatých krajinách, pretože to ohrozuje ich inovácie.[2][6] Administratíva používa snahy o zníženie cien liekov ako kľúčový argument pred midterm voľbami.[1][3]</w:t>
      </w:r>
    </w:p>
    <w:p/>
    <w:p>
      <w:pPr>
        <w:jc w:val="center"/>
      </w:pPr>
      <w:r>
        <w:t>Vygenerované: 20.03.2026 15:00:45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