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Vimentin expression as a prognostic marker in pancreatic cancer: a systematic review and meta-analysis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Tento článok je opravou systematického prehľadu a metaanalýzy o výraze vimentínu ako prognostickom markeri pri pankreatickom karcinóme.[5][1] Štúdia presne kvantifikovala súvislosť medzi výrazom vimentínu v nádorových bunkách a klinickopatologickými znakmi, vrátane celkového prežívania (OS), štádia nádoru, stavu lymfatických uzlín a diaľkových metastáz.[1][3] Výraz vimentínu sa významne spája so skráteným OS (pooled logHR = 1.39, 95% CI: 0.11–2.68, p = 0.034), hoci s vysokou heterogenitou (I² = 93.64%, p &lt; 0.001).[1][3] Rovnako je významne spojený s vyšším štádiom lymfatických uzlín (N-stadium; pooled logOR = 0.58, 95% CI: 0.08–1.08, p = 0.022), s minimálnou heterogenitou (I² = 0%, p = 0.418).[3] Nebol nájdený významný súvis s primárnym T-štádiom (pooled logOR = -0.10, 95% CI: -0.87–0.66, p = 0.791) ani M-štádiom (pooled OR = 0.08, 95% CI: -0.95–1.10, p = 0.882).[1] Publikačná bias bola minimálna pre N- a T-štádiá, no výrazná pre analýzu OS.[1][3]</w:t>
      </w:r>
    </w:p>
    <w:p/>
    <w:p>
      <w:pPr>
        <w:jc w:val="center"/>
      </w:pPr>
      <w:r>
        <w:t>Vygenerované: 20.03.2026 16:00:52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