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Lekári zdieľajú svoje momenty zo zápasu</w:t>
      </w:r>
    </w:p>
    <w:p>
      <w:r>
        <w:t>Zdroj: MedPage Today</w:t>
      </w:r>
    </w:p>
    <w:p>
      <w:r>
        <w:t>Publikované: Fri, 20 Mar 2026 09:59:02 -0400</w:t>
      </w:r>
    </w:p>
    <w:p/>
    <w:p>
      <w:pPr>
        <w:pStyle w:val="Heading1"/>
      </w:pPr>
      <w:r>
        <w:t>Súhrn</w:t>
      </w:r>
    </w:p>
    <w:p>
      <w:r>
        <w:t>Článok popisuje Deň zápasu (Match Day) ako jeden z najdôležitejších dní v kariére lekára, spojený s vášňou, emóciami a veľkou životnou zmenou.[1] Lekári zdieľajú svoje osobné momenty z tohto dňa, vrátane spomienok na prechod z medicínskeho štúdia do rezidencie.[1][2] MedPage Today položilo lekárom špecifické otázky o ich zážitkoch.[1] Študenti medicíny prežívajú intenzívne emócie, ako radosť z matchu a plány stať sa lekármi alebo chirurgmi.[2] Príklady zahŕňajú mamy, ktoré sa tešia, že budú lekárkami, a študentov, ktorí dostávajú e-maily s gratuláciami.[2] Dokumentárne zábery zachytávajú posledný deň v nemocnici a denný rozvrh s klinikou od 8:00 do 12:00 a konferenciou od 12:00 do 13:00.[1] Lekári oceňujú podporu od kolegov v zdravotníctve a spomínajú na úspešných študentov, ktorí splnili očakávania ako rezidenti.[1] Tieto momenty sa šíria virálne na sociálnych sieťach.[2]</w:t>
      </w:r>
    </w:p>
    <w:p/>
    <w:p>
      <w:pPr>
        <w:jc w:val="center"/>
      </w:pPr>
      <w:r>
        <w:t>Vygenerované: 20.03.2026 16:01:55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