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Domy dôchodcov falošne diagnostikujú pacientov ako schizofrenikov, aby ich upokojili, uvádza správa</w:t>
      </w:r>
    </w:p>
    <w:p>
      <w:r>
        <w:t>Zdroj: MedPage Today</w:t>
      </w:r>
    </w:p>
    <w:p>
      <w:r>
        <w:t>Publikované: Fri, 20 Mar 2026 09:30:30 -0400</w:t>
      </w:r>
    </w:p>
    <w:p/>
    <w:p>
      <w:pPr>
        <w:pStyle w:val="Heading1"/>
      </w:pPr>
      <w:r>
        <w:t>Súhrn</w:t>
      </w:r>
    </w:p>
    <w:p>
      <w:r>
        <w:t>Správa Úradu generálneho inšpektora HHS (OIG) zistila, že zamestnanci opatrovateľských domovov nadmerne diagnostikujú pacientov s demenciou ako schizofrenikov. Cieľom je predpísať antipsychotiká na upokojenie pacientov a uľahčenie ich ošetrovania. Tieto falošné diagnózy umožňujú sedáciu pacientov. Správa poukazuje na nadužívanie antipsychotík v opatrovateľských domoch.</w:t>
      </w:r>
    </w:p>
    <w:p/>
    <w:p>
      <w:pPr>
        <w:jc w:val="center"/>
      </w:pPr>
      <w:r>
        <w:t>Vygenerované: 20.03.2026 16:02:05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