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Úspešná liečba bulózneho pemfigoidu vyvolaného inhibítorom DPP-4 pomocou injekcie Stapokibart u staršieho diabetického pacienta: kazuistika</w:t>
      </w:r>
    </w:p>
    <w:p>
      <w:r>
        <w:t>Zdroj: Frontiers Medicine</w:t>
      </w:r>
    </w:p>
    <w:p>
      <w:r>
        <w:t>Publikované: 2026-03-20T00:00:00Z</w:t>
      </w:r>
    </w:p>
    <w:p/>
    <w:p>
      <w:pPr>
        <w:pStyle w:val="Heading1"/>
      </w:pPr>
      <w:r>
        <w:t>Súhrn</w:t>
      </w:r>
    </w:p>
    <w:p>
      <w:r>
        <w:t>Inhibítory dipeptidylpeptidázy-4 (DPP-4), ako je linagliptín, vyvolávajú bulózny pemfigoid u starších diabetických pacientov. Stapokibart je humanizovaná monoklonálna protilátka zameraná na podjednotku alfa receptora interleukínu-4 (IL-4Rα), používaná primárne na atopickú dermatitídu. Článok opisuje prípad bulózneho pemfigoidu vyvolaného inhibítorom DPP-4 u staršieho diabetického pacienta, liečeného injekciou Stapokibartu. Po liečbe Stapokibartom úplne vymizli kožné lézie pacienta. Liečba priniesla významné zlepšenie kvality života. Neboli zaznamenané žiadne nežiaduce reakcie. Tento prípad ukazuje, že Stapokibart môže byť účinnou liečbou bulózneho pemfigoidu vyvolaného inhibítormi DPP-4.</w:t>
      </w:r>
    </w:p>
    <w:p/>
    <w:p>
      <w:pPr>
        <w:jc w:val="center"/>
      </w:pPr>
      <w:r>
        <w:t>Vygenerované: 20.03.2026 17:00:32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