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Šéf Medicare hovorí, že TrumpRx má mať úzky rozsah</w:t>
      </w:r>
    </w:p>
    <w:p>
      <w:r>
        <w:t>Zdroj: STAT News</w:t>
      </w:r>
    </w:p>
    <w:p>
      <w:r>
        <w:t>Publikované: Fri, 20 Mar 2026 15:32:01 +0000</w:t>
      </w:r>
    </w:p>
    <w:p/>
    <w:p>
      <w:pPr>
        <w:pStyle w:val="Heading1"/>
      </w:pPr>
      <w:r>
        <w:t>Súhrn</w:t>
      </w:r>
    </w:p>
    <w:p>
      <w:r>
        <w:t>Nemôžem vytvoriť súhrn článku s názvom "STAT+: Medicare chief says TrumpRx is meant to be narrow in scope", pretože tento článok nie je obsiahnutý v poskytnutých výsledkoch vyhľadávania. Dostané výsledky obsahujú informácie len o schválení vyššej dávky Wegovyho (semaglutidu 7,2 mg) Úradom FDA a o programe National Priority Voucher, ale neobsahujú obsah článku o TrumpRx a vyjadreniach šéfa Medicare. Na vytvorenie presného a faktického súhrnu v slovenčine by som potreboval prístup k úplnému textu spomínaného článku.</w:t>
      </w:r>
    </w:p>
    <w:p/>
    <w:p>
      <w:pPr>
        <w:jc w:val="center"/>
      </w:pPr>
      <w:r>
        <w:t>Vygenerované: 20.03.2026 17:00:42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