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Získali sme legálnu výhru pre vakcíny. Ale Chaos je pointa.</w:t>
      </w:r>
    </w:p>
    <w:p>
      <w:r>
        <w:t>Zdroj: MedPage Today</w:t>
      </w:r>
    </w:p>
    <w:p>
      <w:r>
        <w:t>Publikované: Fri, 20 Mar 2026 11:45:12 -0400</w:t>
      </w:r>
    </w:p>
    <w:p/>
    <w:p>
      <w:pPr>
        <w:pStyle w:val="Heading1"/>
      </w:pPr>
      <w:r>
        <w:t>Súhrn</w:t>
      </w:r>
    </w:p>
    <w:p>
      <w:r>
        <w:t>Sudca v pondelok vydal rozhodnutie, ktoré zasiahlo útok ministra HHS Roberta F. Kennedyho Jr. na americkú očkovaciu politiku. Od nástupu do úradu Kennedy v podstate uniesol Poradný výbor CDC pre imunizačné praktiky (ACIP) tým, že odvolal všetkých 17 členov. Kennedy označil výbor za „gumovú pečiatku“ pre vakcíny a konal podľa direktívy z 9. júna 2025. Členovia výboru sú nezávislí experti, ktorí radia CDC pri odporúčaniach vakcín pre dospelých a deti. Tieto odporúčania ovplyvňujú poistné krytie a ochranu pred zodpovednosťou. Kennedy predtým nútil zmeny v odporúčaniach pre vakcíny proti COVID-19 a ukončil financovanie výskumu vakcín proti vtáčej chrípke. Líderka výboru Dr. Lakshmi Panagiotakopoulos rezignovala po jeho príkaze na zmenu usmernení pre COVID-19 vakcíny.[1][2]</w:t>
      </w:r>
    </w:p>
    <w:p/>
    <w:p>
      <w:pPr>
        <w:jc w:val="center"/>
      </w:pPr>
      <w:r>
        <w:t>Vygenerované: 20.03.2026 18:01:12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