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Wegovy HD od Novo Nordisk zabezpečuje FDA zelenú uprostred platnosti patentu</w:t>
      </w:r>
    </w:p>
    <w:p>
      <w:r>
        <w:t>Zdroj: Pharmaceutical Technology</w:t>
      </w:r>
    </w:p>
    <w:p>
      <w:r>
        <w:t>Publikované: Fri, 20 Mar 2026 16:51:50 +0000</w:t>
      </w:r>
    </w:p>
    <w:p/>
    <w:p>
      <w:pPr>
        <w:pStyle w:val="Heading1"/>
      </w:pPr>
      <w:r>
        <w:t>Súhrn</w:t>
      </w:r>
    </w:p>
    <w:p>
      <w:r>
        <w:t>FDA schválila Wegovy HD od spoločnosti Novo Nordisk, čo je nová vyššia dávka semaglutidu 7,2 mg podávaná raz týždenne injekčne.[1][4][5] Schválenie je založené na výsledkoch programu štúdií STEP UP, vrátane 72-týždňovej štúdie STEP UP s 1 407 dospelými pacientmi s obezitou (BMI ≥ 30 kg/m²) bez diabetu.[1][4] V tejto štúdii Wegovy HD dosiahlo priemernú stratu hmotnosti 20,7 %, pričom približne jedna tretina účastníkov stratila 25 % alebo viac hmotnosti.[1][4] Predchádzajúca najvyššia dávka Wegovy bola 2,4 mg, ktorá je schválená na redukciu hmotnosti a zníženie rizika kardiovaskulárnych príhod.[1][5] Wegovy HD sa používa spolu so zníženým kalorickým príjmom a zvýšenou fyzickou aktivitou u pacientov, ktorí tolerovali dávku 2,4 mg najmenej 4 týždne a potrebujú ďalšiu redukciu hmotnosti.[1] Novo Nordisk plánuje uvedenie Wegovy HD na trh v USA v apríli 2026 v jednorazovom pere.[4][5] Toto schválenie rozširuje klinický profil Wegovy, ktorý zahŕňa viaceré formulácie a indikácie nedostupné u iných GLP-1 liekov na chudnutie.[1]</w:t>
      </w:r>
    </w:p>
    <w:p/>
    <w:p>
      <w:pPr>
        <w:jc w:val="center"/>
      </w:pPr>
      <w:r>
        <w:t>Vygenerované: 20.03.2026 18:01:30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