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Konflikt ACIP je testom Trumpovej podpory prepracovaniu očkovacej politiky RFK Jr</w:t>
      </w:r>
    </w:p>
    <w:p>
      <w:r>
        <w:t>Zdroj: STAT News</w:t>
      </w:r>
    </w:p>
    <w:p>
      <w:r>
        <w:t>Publikované: Fri, 20 Mar 2026 17:37:13 +0000</w:t>
      </w:r>
    </w:p>
    <w:p/>
    <w:p>
      <w:pPr>
        <w:pStyle w:val="Heading1"/>
      </w:pPr>
      <w:r>
        <w:t>Súhrn</w:t>
      </w:r>
    </w:p>
    <w:p>
      <w:r>
        <w:t>Federálny sudca Brian Murphy z Bostonu zablokoval zmeny v detskom očkovacom kalendári, ktoré navrhli spojenci ministra zdravotníctva Roberta F. Kennedyho Jr.. Kennedy po svojom potvrdení v úrade prepustil všetkých 17 členov Poradného výboru pre imunizačné postupy (ACIP), ktorý odporúča očkovacie harmonogramy pre CDC od roku 1964. Namísto nich vymenoval 13 nových členov, ktorí spochybňujú etablovaný výskum o vakcínach. Sudca rozhodol, že tieto kroky porušili federálne zákony a obišli vedecký proces zakotvený v zákone. Rozsudok zastavil vládny dokument zavádzajúci nový očkovací kalendár, menovania nových členov ACIP a všetky ich hlasovania. Žalobu podali Americká akadémia pediatrov a iné lekárske skupiny, ktoré argumentovali, že rozhodnutia boli svojvoľné a svojprávne. Rozhodnutie sudcu Murphyho, menovaného Bidenom, vydal v pondelok a vedie k odkladu schôdze ACIP.[1][4][6]</w:t>
      </w:r>
    </w:p>
    <w:p/>
    <w:p>
      <w:pPr>
        <w:jc w:val="center"/>
      </w:pPr>
      <w:r>
        <w:t>Vygenerované: 20.03.2026 19:01:01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