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 News: Môže lítium liečiť Alzheimerovu chorobu? A zvrat EPA k znečisteniu ovzdušia ťažkými kovmi</w:t>
      </w:r>
    </w:p>
    <w:p>
      <w:r>
        <w:t>Zdroj: Email Newsletter</w:t>
      </w:r>
    </w:p>
    <w:p>
      <w:r>
        <w:t>Publikované: Fri, 20 Mar 2026 12:19:24 -0500 (CDT)</w:t>
      </w:r>
    </w:p>
    <w:p/>
    <w:p>
      <w:pPr>
        <w:pStyle w:val="Heading1"/>
      </w:pPr>
      <w:r>
        <w:t>Súhrn</w:t>
      </w:r>
    </w:p>
    <w:p>
      <w:r>
        <w:t>Článok z JAMA Network informuje o pilotnej štúdii skúmajúcej potenciál lítia v liečbe Alzheimerovej choroby, ktorá pripravuje pôdu pre rozsiahlejšie testovanie. EPA (Agentúra pre ochranu životného prostredia) prehodnotila svoj postoj k znečisteniu ovzdušia ťažkými kovmi a jeho zdravotným nákladom. Článok sa tiež venuje rozdielom v účinkoch liekov GLP-1 podľa pohlavia. Zdôrazňuje sa aj súvislosť medzi zdravým stravovaním a prevenciou kognitívneho poklesu. Ďalšie témy zahŕňajú nárast kolorektálneho karcinómu u mladších dospelých a prevalenciu dlhodobých následkov COVID-19. Článok spomína aj vplyv baktérií na tvorbu obličkových kameňov.</w:t>
      </w:r>
    </w:p>
    <w:p/>
    <w:p>
      <w:pPr>
        <w:jc w:val="center"/>
      </w:pPr>
      <w:r>
        <w:t>Vygenerované: 20.03.2026 19:01:20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