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Nový systém podávania chemoterapie nezaznamenáva pri svalovej invazívnej rakovine močového mechúra</w:t>
      </w:r>
    </w:p>
    <w:p>
      <w:r>
        <w:t>Zdroj: MedPage Today</w:t>
      </w:r>
    </w:p>
    <w:p>
      <w:r>
        <w:t>Publikované: Fri, 20 Mar 2026 13:24:34 -0400</w:t>
      </w:r>
    </w:p>
    <w:p/>
    <w:p>
      <w:pPr>
        <w:pStyle w:val="Heading1"/>
      </w:pPr>
      <w:r>
        <w:t>Súhrn</w:t>
      </w:r>
    </w:p>
    <w:p>
      <w:r>
        <w:t>Nový systém podávania chemoterapie Gem-iDRS (Inlexzo) mal poskytovať trvalé uvoľňovanie gemcitabínu priamo do močového mechúra pri svalovej invazívnej rakovine močového mechúra. Kombinoval sa so systémovou imunoterapiou v skúmanej liečbe. Systém intravezikálneho podávania liečiv nezaznamenal očakávané výsledky. Štúdia neuvádza špecifické štatistiky o účinnosti. Liečba bola navrhnutá na zlepšenie podávania gemcitabínu. Výsledky ne splnili ciele v tejto forme rakoviny.</w:t>
      </w:r>
    </w:p>
    <w:p/>
    <w:p>
      <w:pPr>
        <w:jc w:val="center"/>
      </w:pPr>
      <w:r>
        <w:t>Vygenerované: 20.03.2026 20:00:55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