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Nervový stimulátor novej generácie schválený pre obštrukčnú spánkovú apnoe</w:t>
      </w:r>
    </w:p>
    <w:p>
      <w:r>
        <w:t>Zdroj: MedPage Today</w:t>
      </w:r>
    </w:p>
    <w:p>
      <w:r>
        <w:t>Publikované: Fri, 20 Mar 2026 15:48:53 -0400</w:t>
      </w:r>
    </w:p>
    <w:p/>
    <w:p>
      <w:pPr>
        <w:pStyle w:val="Heading1"/>
      </w:pPr>
      <w:r>
        <w:t>Súhrn</w:t>
      </w:r>
    </w:p>
    <w:p>
      <w:r>
        <w:t>FDA schválila zariadenie aura6000 na stimuláciu proximálneho hypoglossálneho nervu pre dospelých pacientov so stredne ťažkou až ťažkou obštrukčnou spánkovou apnoe. Systém vyvinula spoločnosť LivaNova a oznámenie o schválení prišlo vo štvrtok. Ide o nervový stimulátor novej generácie určený na liečbu obštrukčnej spánkovej apnoe. Schválenie prebehlo podľa cesty pred uvedením na trh. Zariadenie stimuluje hypoglossálny nerv, ktorý ovplyvňuje svaly jazyka. Je implantovateľné a určené špecificky pre uvedenú skupinu pacientov. Výrobca LivaNova informoval o tomto míľniku.</w:t>
      </w:r>
    </w:p>
    <w:p/>
    <w:p>
      <w:pPr>
        <w:jc w:val="center"/>
      </w:pPr>
      <w:r>
        <w:t>Vygenerované: 20.03.2026 22:00:52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