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[Editorial] Spravodlivejšia liečba obezity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Rok 2026 môže byť kľúčovým rokom pre obezitu. Agonisty receptora GLP-1 spôsobili za posledných 10 rokov revolúciu v manažmente obezity. Rastúce dôkazy preukázali ich prínos v mnohých kardiometabolických stavoch a stavoch súvisiacich s obezitou. Viac ako miliarda ľudí žije s obezitou, pričom záťaž rýchlo narastá v krajinách s nízkymi a strednými príjmami. Predpokladá sa, že globálny trh s liekmi na chudnutie dosiahne do roku 2035 150 miliárd USD. Vysoké náklady, obmedzená výrobná kapacita a obmedzenia dodávateľského reťazca vedú k pretrvávajúcemu nespravodlivému prístupu k agonistom receptora GLP-1.</w:t>
      </w:r>
    </w:p>
    <w:p/>
    <w:p>
      <w:pPr>
        <w:jc w:val="center"/>
      </w:pPr>
      <w:r>
        <w:t>Vygenerované: 20.03.2026 01:00:29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