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[Nekrológ] Katrina Jane Allen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Katrina Jane Allen, známa aj ako Katie Allen, bola významnou detskou alergologičkou a političkou. Narodila sa 24. februára 1966 v Albury, Nový Južný Wales, Austrália. Professor Allen zomrela 23. decembra 2025 v Melbourne, Viktória, vo veku 59 rokov na cholangiokarcinóm. Bola vedúcou pediatrickou alergologičkou, ktorej výskum významne ovplyvnil oblasť. Ako profesorka prispela k zmenám v pediatrickej alergológii.[1]</w:t>
      </w:r>
    </w:p>
    <w:p/>
    <w:p>
      <w:pPr>
        <w:jc w:val="center"/>
      </w:pPr>
      <w:r>
        <w:t>Vygenerované: 20.03.2026 01:02:09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