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Preklenutie medzery vo financovaní zdravia dospievajúcich: Globálny finančný nástroj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Globálny finančný nástroj (GFF) bol založený v roku 2015 s cieľom mobilizovať financie na podporu zdravia žien, detí a dospievajúcich.[3] V období rokov 2015 až 2022 GFF a jeho partneri mobilizovali 2,5 miliardy dolárov v grantoch a využili viac ako 11 miliárd dolárov financovania od Svetovej banky na podporu reprodukčného, materského, novorodeneckého, detského a dospievajúceho zdravia a výživy.[3] Všetky krajiny partnerské s GFF znížili úroveň maternej a detskej mortality a počet pôrodov v dospievajúcom veku, rozšírili prístup k moderným metódam plánovania rodiny a tri štvrtiny krajín znížili mieru zaostávania v raste detí.[3] Napriek týmto pokrokom analýza zistila, že zdravie dospievajúcich bolo v dokumentoch GFF zahrnuté nekonzistentne, pričom obsah bol silnejší v investičných prípadoch ako v dokumentoch schválenia projektov.[4] Krajiny s vysokým podielom pôrodov pred 18. rokom života venovali zdraviu dospievajúcich väčšiu pozornosť, avšak v niektorých krajinách s krehkými štátmi a v iných oblastiach zostávajú významné medzery.[4]</w:t>
      </w:r>
    </w:p>
    <w:p/>
    <w:p>
      <w:pPr>
        <w:jc w:val="center"/>
      </w:pPr>
      <w:r>
        <w:t>Vygenerované: 20.03.2026 01:02:34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