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PD-L1, intenzita liečby a výsledky pri skvamóznom NSCLC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Článok blahoželá Zhiwei Chenovi a kolegom k dôležitým zisteniam štúdie HARMONi-6. Autori žiadajú objasnenie dvoch konkrétnych bodov na lepšiu interpretáciu zistení. Štúdia HARMONi-6 porovnávala ivonescimab s chemoterapiou oproti tislelizumabu s chemoterapiou u pacientov so skvamóznym NSCLC. Primárny cieľ bol dosiahnutý s významným zlepšením progresii bez progresie (PFS): medián 11,4 mesiaca verzus 6,9 mesiaca (HR 0,60; 95 % CI 0,46–0,78; p &lt; 0,0001). Úžitok bol konzistentný vo všetkých podskupinách pacientov bez ohľadu na expresiu PD-L1. V podskupine PD-L1 &lt;1 % bol medián PFS 9,9 verzus 5,7 mesiaca (HR 0,55). V podskupine PD-L1 ≥1 % bol medián PFS 12,6 verzus 8,6 mesiaca (HR 0,66).[1][3]</w:t>
      </w:r>
    </w:p>
    <w:p/>
    <w:p>
      <w:pPr>
        <w:jc w:val="center"/>
      </w:pPr>
      <w:r>
        <w:t>Vygenerované: 20.03.2026 01:03:36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