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PD-L1, intenzita liečby a výsledky pri skvamóznom NSCLC – odpoveď autorov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Autori oceňujú, že Shujie Huang a kolegovia spolu s Xiaoling Xu a kolegovia zdôraznili cenné úvahy zo štúdie HARMONi-6.[1] Tento komentár je odpoveďou autorov na ich pripomienky k súvislostiam PD-L1, intenzite liečby a výsledkom pri skvamóznom NSCLC.[1] Štúdia HARMONi-6 preukázala významné zlepšenie progresii bez progresie (PFS) pri použití ivonescimab v kombinácii s chimioterapiou v prvej línii liečby oproti pembrolizumabu.[1] Predchádzajúce výskumy potvrdili, že ivonescimab významne zlepšil PFS v porovnaní s pembrolizumabom ako prvou líniou liečby.[1] Autori reagujú na tieto podnety v kontexte svojho pôvodného článku.[1]</w:t>
      </w:r>
    </w:p>
    <w:p/>
    <w:p>
      <w:pPr>
        <w:jc w:val="center"/>
      </w:pPr>
      <w:r>
        <w:t>Vygenerované: 20.03.2026 01:03:44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