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Žiadny Preop Gabapentin spojený s kratším časom zotavenia</w:t>
      </w:r>
    </w:p>
    <w:p>
      <w:r>
        <w:t>Zdroj: Email Newsletter</w:t>
      </w:r>
    </w:p>
    <w:p>
      <w:r>
        <w:t>Publikované: Sat, 21 Mar 2026 10:10:14 -0400</w:t>
      </w:r>
    </w:p>
    <w:p/>
    <w:p>
      <w:pPr>
        <w:pStyle w:val="Heading1"/>
      </w:pPr>
      <w:r>
        <w:t>Súhrn</w:t>
      </w:r>
    </w:p>
    <w:p>
      <w:r>
        <w:t>Článok s názvom "No Preop Gabapentin Linked to Shorter Recovery Time" (Žiadny Preop Gabapentin spojený s kratším časom zotavenia) publikovaný v Anesthesiology News naznačuje, že vynechanie predoperačného gabapentínu u ambulantných pacientov po chirurgickom zákroku je spojené s kratším časom zotavenia. Anesthesiology News je nezávislá mesačná publikácia pre anestéziológov v Spojených štátoch. Článok je chránený autorskými právami spoločnosti McMahon Publishing. Reprodukcia článku alebo jeho častí bez povolenia je zakázaná.</w:t>
      </w:r>
    </w:p>
    <w:p/>
    <w:p>
      <w:pPr>
        <w:jc w:val="center"/>
      </w:pPr>
      <w:r>
        <w:t>Vygenerované: 21.03.2026 16:00:40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