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Liek na chudnutie Ozempic znižuje riziko depresie, úzkosti a závislosti</w:t>
      </w:r>
    </w:p>
    <w:p>
      <w:r>
        <w:t>Zdroj: ScienceDaily Health</w:t>
      </w:r>
    </w:p>
    <w:p>
      <w:r>
        <w:t>Publikované: Sun, 22 Mar 2026 08:03:11 EDT</w:t>
      </w:r>
    </w:p>
    <w:p/>
    <w:p>
      <w:pPr>
        <w:pStyle w:val="Heading1"/>
      </w:pPr>
      <w:r>
        <w:t>Súhrn</w:t>
      </w:r>
    </w:p>
    <w:p>
      <w:r>
        <w:t>Liek na chudnutie Ozempic, obsahujúci semaglutid z skupiny GLP-1 liekov, znižuje riziko depresie, úzkosti a závislosti spolu s úbytkom hmotnosti. Rozsiahla štúdia zistila medzi užívateľmi výrazné zníženie depresie, úzkosti a návštev psychiatrických nemocníc. Počas liečby boli poruchy užívania látok výrazne nižšie. Lieky s hormónom GLP-1 znížili riziko psychotických porúch o 18 percent, Alzheimerovej choroby o 12 percent a porúch závislosti v priemere o 13 percent. Tieto lieky pôsobia na oblasti mozgu zapojené do kontroly odmeňovania a impulzov, čím znižujú túžbu po tabaku, alkohole, kanabise a opiátoch. Vedci predpokladajú vplyv zlepšenia životného štýlu a priamych účinkov na mozog.[5]</w:t>
      </w:r>
    </w:p>
    <w:p/>
    <w:p>
      <w:pPr>
        <w:jc w:val="center"/>
      </w:pPr>
      <w:r>
        <w:t>Vygenerované: 22.03.2026 14:00:28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