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Online recenzie lekárov treba ísť</w:t>
      </w:r>
    </w:p>
    <w:p>
      <w:r>
        <w:t>Zdroj: MedPage Today</w:t>
      </w:r>
    </w:p>
    <w:p>
      <w:r>
        <w:t>Publikované: Sun, 22 Mar 2026 12:00:00 -0400</w:t>
      </w:r>
    </w:p>
    <w:p/>
    <w:p>
      <w:pPr>
        <w:pStyle w:val="Heading1"/>
      </w:pPr>
      <w:r>
        <w:t>Súhrn</w:t>
      </w:r>
    </w:p>
    <w:p>
      <w:r>
        <w:t>Online recenzie lekárov poskytujú pacientom užitočné informácie pri hľadaní nového lekára. Lekári ich vnímajú ako pohľad na to, čo pacienti očakávajú. Článok z MedPage Today argumentuje, že online recenzie lekárov by mali byť zrušené.</w:t>
      </w:r>
    </w:p>
    <w:p/>
    <w:p>
      <w:pPr>
        <w:jc w:val="center"/>
      </w:pPr>
      <w:r>
        <w:t>Vygenerované: 22.03.2026 18:00:29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