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Charakteristiky a rizikové faktory recidivujúceho pterygia podstúpili excíziu kombinovanú s limbálnym spojivkovým autotransplantátom na juhu Číny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Štúdia skúmala 200 pacientov na vidieku v južnej Číne, ktorí podstúpili operáciu pterygia s transplantáciou spojivkovej tkáne medzi rokmi 2016 a 2022. Priemerný čas do návratu ochorenia bol 42 mesiacov, pričom polovica pacientov zostala bez recidívy 72 mesiacov. Pacienti s recidívou boli výrazne starší (priemerne 67,6 roka oproti 60,3 rokom), mali nižšie vzdelanie, dlhšiu expozíciu slnečnému žiareniu (4,8 hodín denne) a horšiu zrakovú ostrosť pred operáciou. Multivariačná analýza potvrdila, že pokročilý vek v čase diagnózy je jediným nezávislým rizikovým faktorom recidívy. Výskyt recidívy v tejto vidieckej populácii sa vyznačoval neskorším nástupom v porovnaní s mestskými oblasťami. Autori odporúčajú predĺžené sledovanie a cielenú zdravotnú výchovu najmä pre starších pacientov, aby sa znížilo riziko návratu ochorenia.</w:t>
      </w:r>
    </w:p>
    <w:p/>
    <w:p>
      <w:pPr>
        <w:jc w:val="center"/>
      </w:pPr>
      <w:r>
        <w:t>Vygenerované: 23.03.2026 07:01:15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