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Vnímanie a klinické využitie biosimilárnych liekov medzi reumatológmi v krajinách ArLAR: prierezový prieskum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hodnotila znalosti, vnímanie a klinické praktiky reumatológov v krajinách Arabskej ligy asociácií pre reumatológiu (ArLAR) ohľadom biosimilárnych liekov prostredníctvom webového prieskumu s 19 otázkami. Zúčastnilo sa ho 105 reumatológov s priemerným vekom 43,6 ± 11,7 rokov, z toho 61,9 % žien, väčšinou dospelých špecialistov z Iraku (37,1 %), Maroka (19 %) a Alžírska (16,2 %). Až 85,7 % uviedlo používanie biosimilárnych liekov v praxi, no iba 50,5 % správne identifikovalo ich formálnu definíciu. Komfort s liekmi schválenými EMA/FDA bol vysoký (priemerné skóre 4,22/5), pretrvávali však obavy z prechodu u stabilných pacientov a medzi viacerými biosimilármi. Väčšina (80 %) chcela ďalšie vzdelávanie najmä o schvaľovaní, extrapolácii a bezpečnosti. Reumatológovia vykazujú vysoký príjem biosimilárnych liekov, ale priemerné pochopenie regulačných a klinických konceptov, preto sú potrebné regionálne vzdelávacie programy.</w:t>
      </w:r>
    </w:p>
    <w:p/>
    <w:p>
      <w:pPr>
        <w:jc w:val="center"/>
      </w:pPr>
      <w:r>
        <w:t>Vygenerované: 23.03.2026 07:45:50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