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Črevná mikroflóra a sepsa: mechanizmy, klinické korelácie a terapeutické vyhliadky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Sepsa je život ohrozujúca orgánová dysfunkcia spôsobená dysregulovanou reakciou hostiteľa na infekciu. Podľa Global Burden of Disease Study postihuje viac ako 50 miliónov ľudí ročne a spôsobuje približne 5,3 milióna úmrtí, s mierou úmrtnosti od 20 % do 50 % podľa populácií a zdravotníckych zariadení. Črevná mikroflóra je najväčší mikrobiálny ekosystém v tele, udržiava integritu črevnej bariéry, imunitnú homeostázu a metabolickú rovnováhu. Podieľa sa na patogenéze, progresii a výsledkoch sepsy moduláciou imunitných reakcií, produkciou kľúčových metabolitov a osami orgánov čreva. Článok skúma dysbiózu črevnej mikroflóry vyvolanú sepsou, molekulárne mechanizmy ovplyvňujúce imunitné a metabolické poruchy a poškodenie orgánov. Hodnotí klinický potenciál biomarkerov mikrobiómu, pokroky v terapiách ako mikrobiotická/prebiotická výživa, antibiotiká a fekálna transplantácia. Cieľom je analyzovať nedostatky výskumu a poskytnúť základ pre individualizovaný manažment sepsy založený na mikrobióme.</w:t>
      </w:r>
    </w:p>
    <w:p/>
    <w:p>
      <w:pPr>
        <w:jc w:val="center"/>
      </w:pPr>
      <w:r>
        <w:t>Vygenerované: 23.03.2026 07:46:00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