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Stratifikovaná analýza založená na skóre VAS na posúdenie účinku liečby akupunktúrou u detí s chronickým kašľom rôznej závažnosti – randomizovaná kontrolovaná štúdia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V randomizovanej kontrolovanej štúdii bolo 100 detí s chronickým kašľom rozdelených do kontrolnej skupiny (n=50) s konvenčnou liečbou bronchodilatátormi a inhalačnými kortikosteroidmi, alebo do pozorovanej skupiny (n=50) s pridanou terapiou aplikáciou akupunktúrnych bodov. Obe skupiny vykazovali po 2-týždňovej liečbe významné zlepšenie symptómov (všetky p &lt; 0,001). Pozorovaná skupina mala významne lepšie výsledky: denný kašeľ 2,46 ± 0,28 vs. 2,68 ± 0,24 (p &lt; 0,001), nočný kašeľ 2,14 ± 0,36 vs. 3,04 ± 0,54 (p &lt; 0,001), skóre LCQ 15,61 ± 3,22 vs. 14,45 ± 3,17 (p = 0,034) a VAS 5,52 ± 1,87 vs. 1,35 ± 0,54 (p &lt; 0,001). Multivariačná analýza potvrdila terapiu akupunktúrnymi bodmi ako nezávislý faktor zlepšenia (upravený rozdiel pre denný kašeľ -0,21, p &lt; 0,001; pomer pravdepodobnosti odpovede 4,72, p = 0,007). U pacientov v pozorovanej skupine so silnou východiskovou bolesťou (VAS) bolo zlepšenie väčšie (ΔVAS 3,39 vs. 1,78, p = 0,017). Celková miera odpovede bola 85 % v pozorovanej skupine oproti 81 % v kontrolnej (p = 0,041). Neboli hlásené žiadne nežiaduce reakcie.</w:t>
      </w:r>
    </w:p>
    <w:p/>
    <w:p>
      <w:pPr>
        <w:jc w:val="center"/>
      </w:pPr>
      <w:r>
        <w:t>Vygenerované: 23.03.2026 07:46:31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