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krehkosti a rýchlosti chôdze na variabilitu chôdze u starších dospelých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na 47 dospelých starších ako 60 rokov skúmala účinky krehkosti a rýchlosti chôdze na variabilitu chôdze pomocou inerciálnych senzorov pri preferovanej, rýchlej a pomalej rýchlosti. Variabilita koncového bodu sa hodnotila štandardnými odchýlkami času podpory, koordinácia dolných končatín analýzou kontinuálnej relatívnej fázy (CRP) pre medzi- a intrakončatiny s koeficientom variability (CV). Zistila sa interakcia krehkosti a rýchlosti na celkovej variabilite času podpory (p=0,044, ηp²=0,116), CV kolena-členka počas brzdnej fázy (p=0,020, ηp²=0,123) a propulzívnej fázy (ηp²=0,170). Krehké a predkrehké skupiny mali väčšiu variabilitu celkového času podpory pri rýchlej chôdzi (p=0,036 a p=0,011), najmä koleno-členok a bedro-bedro (p&lt;0,018 a p&lt;0,001). Najväčšia variabilita času podpory bola pri rýchlej chôdzi (krehká: p=0,015; predkrehká: p&lt;0,001) a CV koleno-členok pri preferovanej rýchlosti (p=0,016 a p=0,017). Krehkosť znížila CV bedro-bedro (p&lt;0,001, ηp²=0,933), členok-členok (p=0,014, ηp²=0,175) v brzdnej fáze a koleno-koleno v propulzívnej (p&lt;0,001, ηp²=0,511). Rýchlosť ovplyvnila CV rozdielne, napr. najväčšie CV pri preferovanej rýchlosti pre bedro-koleno v hnacej fáze (p=0,011). Štúdia má prierezový dizajn s obmedzenou vzorkou, odporúča longitudinálne overenie.</w:t>
      </w:r>
    </w:p>
    <w:p/>
    <w:p>
      <w:pPr>
        <w:jc w:val="center"/>
      </w:pPr>
      <w:r>
        <w:t>Vygenerované: 23.03.2026 07:46:42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