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Extrémne a mierne teploty a riziko hospitalizácií pre pľúcnu hypertenziu: 11-ročná štúdia časovej série v Šanghaji v Číne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Štúdia analyzovala vplyv dennej teploty na hospitalizácie pre pľúcnu hypertenziu (PH) v Šanghaji v rokoch 2013–2023 pomocou distribuovaného nelineárneho modelu oneskorenia až 30 dní. Zaznamenali sa celkovo 12 218 hospitalizácií pre PH. Pozorovali nelineárny vzťah v tvare U medzi priemernou dennou teplotou a rizikom hospitalizácie, pričom extrémny chlad (4,6 °C, 5. percentil) a mierny chlad (10,4 °C, 25. percentil) významne zvyšovali riziko, na rozdiel od extrémov tepla. Referenčná teplota bola 18 °C; najsilnejší jednodňový efekt extrémneho chladu bol pri oneskorení 3 dní (RR: 1,05, 95 % CI: 1,01–1,10) a kumulatívny efekt 0–30 dní dosiahol RR: 2,80 (95 % CI: 1,59). Pripísateľné frakcie hospitalizácií boli 8 % pre extrémny chlad a 26 % pre mierny chlad. Stratifikované analýzy ukázali vyššiu náchylnosť u žien, jedincov mladších ako 65 rokov a osôb bez zdravotného poistenia. Štúdia potvrdzuje, že chlad významne zvyšuje riziko hospitalizácie pre PH.</w:t>
      </w:r>
    </w:p>
    <w:p/>
    <w:p>
      <w:pPr>
        <w:jc w:val="center"/>
      </w:pPr>
      <w:r>
        <w:t>Vygenerované: 23.03.2026 07:46:51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