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Súvislosť medzi predoperačnou chronickou bolesťou a pooperačným delíriom u starších pacientov podstupujúcich elektívnu ortopedickú operáciu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Štúdia skúmala súvislosť medzi predoperačnou chronickou bolesťou a pooperačným delíriom (POD) u 200 starších pacientov (stredný vek 69 rokov, ASA II/III) podstupujúcich elektívnu ortopedickú operáciu. POD sa vyskytlo u 33 % pacientov (66/200) v priebehu 7 dní po operácii, diagnostikované metódou 3D-CAM. Predoperačná chronická bolesť (trvanie ≥ 3 mesiace, hodnotená VAS) bola prítomná u 58,5 % pacientov (117/200). Jednorozmerná analýza ukázala neupravený OR = 2,039 (95 % CI: 1,090–3,811), multivariabilná upravený OR = 2,488 (95 % CI: 1,282–4,8037, P = 0,0048). U pacientov s chronickou bolesťou bola aktuálna intenzita bolesti (VAS skóre) spojená s vyšším rizikom POD (OR = 1,858, 95 % CI: 1,291–2,675, P &lt; 0,001). Predoperačná chronická bolesť zvyšuje riziko POD u starších pacientov po elektívnej ortopedickej operácii.</w:t>
      </w:r>
    </w:p>
    <w:p/>
    <w:p>
      <w:pPr>
        <w:jc w:val="center"/>
      </w:pPr>
      <w:r>
        <w:t>Vygenerované: 23.03.2026 07:47:11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