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hormón, ktorý môže zastaviť chronickú bolesť chrbta pri jej zdroji</w:t>
      </w:r>
    </w:p>
    <w:p>
      <w:r>
        <w:t>Zdroj: ScienceDaily Health</w:t>
      </w:r>
    </w:p>
    <w:p>
      <w:r>
        <w:t>Publikované: Mon, 23 Mar 2026 22:28:06 EDT</w:t>
      </w:r>
    </w:p>
    <w:p/>
    <w:p>
      <w:pPr>
        <w:pStyle w:val="Heading1"/>
      </w:pPr>
      <w:r>
        <w:t>Súhrn</w:t>
      </w:r>
    </w:p>
    <w:p>
      <w:r>
        <w:t>Vedci objavili hormón, ktorý môže zastaviť chronickú bolesť chrbta pri jej zdroji. Ide o široko používaný kostný hormón, ktorý pomáha zmierniť chronickú bolesť chrbta neočakávaným spôsobom. Namiesto posilňovania kostí zastavuje rast nervov vnímajúcich bolesť do poškodených oblastí chrbtice. Na zvieracích modeloch to viedlo k silnejšiemu tkanivu chrbtice. Zároveň došlo k zníženiu citlivosti na bolesť. Nová štúdia naznačuje budúcu liečbu, ktorá rieši bolesť chrbta v jej biologických koreňoch.</w:t>
      </w:r>
    </w:p>
    <w:p/>
    <w:p>
      <w:pPr>
        <w:jc w:val="center"/>
      </w:pPr>
      <w:r>
        <w:t>Vygenerované: 24.03.2026 10:00:46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