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Nový krvný test by mohol zachytiť rakovinu pankreasu skôr, než bude príliš neskoro</w:t>
      </w:r>
    </w:p>
    <w:p>
      <w:r>
        <w:t>Zdroj: ScienceDaily Health</w:t>
      </w:r>
    </w:p>
    <w:p>
      <w:r>
        <w:t>Publikované: Mon, 23 Mar 2026 03:33:52 EDT</w:t>
      </w:r>
    </w:p>
    <w:p/>
    <w:p>
      <w:pPr>
        <w:pStyle w:val="Heading1"/>
      </w:pPr>
      <w:r>
        <w:t>Súhrn</w:t>
      </w:r>
    </w:p>
    <w:p>
      <w:r>
        <w:t>Nový krvný test by mohol zachytiť rakovinu pankreasu oveľa skôr ako doteraz. Výskumníci identifikovali dva predtým neznáme proteíny v krvi, ktoré v kombinácii s existujúcimi markermi zlepšili presnosť detekcie. Štvormarkerový test odhalil rakovinu pankreasu vo viac ako 90 % prípadov. Fungoval obzvlášť dobre v skorých štádiách, keď má liečba najväčšiu šancu na úspech. V jednej štúdii tento test správne odlíšil rakovinu pankreasu od nenádorových prípadov vo viac ako 90 % prípadov a zachytil približne 87 % nádorov už v skorom štádiu.[7]</w:t>
      </w:r>
    </w:p>
    <w:p/>
    <w:p>
      <w:pPr>
        <w:jc w:val="center"/>
      </w:pPr>
      <w:r>
        <w:t>Vygenerované: 23.03.2026 11:00:40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