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Údaje Apogee Therapeutics ukazujú úľavu od dlhodobo pôsobiaceho ekzému vyvolanú liekmi s menej častými injekciami</w:t>
      </w:r>
    </w:p>
    <w:p>
      <w:r>
        <w:t>Zdroj: STAT News</w:t>
      </w:r>
    </w:p>
    <w:p>
      <w:r>
        <w:t>Publikované: Mon, 23 Mar 2026 10:30:00 +0000</w:t>
      </w:r>
    </w:p>
    <w:p/>
    <w:p>
      <w:pPr>
        <w:pStyle w:val="Heading1"/>
      </w:pPr>
      <w:r>
        <w:t>Súhrn</w:t>
      </w:r>
    </w:p>
    <w:p>
      <w:r>
        <w:t>Apogee Therapeutics oznámila prvé údaje o experimentálnom lieku APG777 na liečbu atopickej dermatitídy, bežného zápalového ochorenia kože. Tento protilátkový liek výrazne zmiernil príznaky a znaky ochorenia v porovnaní s placebom a splnil ciele strednofázovej klinickej štúdie. V priamom porovnaní dosiahol APG777 podobné mierky vyčistenia kože ako existujúce lieky Dupixent od Sanofi a Regeneron alebo Ebglyss od Eli Lilly. APG777 je navrhnutý na injekcie raz štvrťročne alebo dvakrát ročne, čo je menej časté ako dvojmesačné alebo mesačné injekcie u konkurenčných liekov. Údaje pochádzajú z časti A 16-týždňovej štúdie fázy 2, kde sa preukázala úľava od svrbenia a kožných prejavov. Ak sa efektivita potvrdí v neskorších štúdiách, liek by mohol byť pohodlnejší pre pacientov.</w:t>
      </w:r>
    </w:p>
    <w:p/>
    <w:p>
      <w:pPr>
        <w:jc w:val="center"/>
      </w:pPr>
      <w:r>
        <w:t>Vygenerované: 23.03.2026 12:01:37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