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Päť zásad pre pokrok v presnej medicíne založenej na dôkazoch</w:t>
      </w:r>
    </w:p>
    <w:p>
      <w:r>
        <w:t>Zdroj: Nature Medicine</w:t>
      </w:r>
    </w:p>
    <w:p>
      <w:r>
        <w:t>Publikované: 2026-03-23</w:t>
      </w:r>
    </w:p>
    <w:p/>
    <w:p>
      <w:pPr>
        <w:pStyle w:val="Heading1"/>
      </w:pPr>
      <w:r>
        <w:t>Súhrn</w:t>
      </w:r>
    </w:p>
    <w:p>
      <w:r>
        <w:t>Ľutujeme, ale nemôžeme vytvoriť súhrn požadovaného článku. Hľadané výsledky neobsahujú článok s názvom "Five tenets for advancing evidence-based precision medicine" od autorov Coral a kol. z časopisu Nature Medicine publikovaný 23. marca 2026. Dostupné výsledky sa týkajú konferencie Nature o precíznej medicíne a databázy terapeutických cieľov, ale nie sú to požadovaný článok. Aby sme mohli vytvoriť presný a faktický súhrn v slovenčine, potrebovali by sme prístup k úplnému textu tohto konkrétneho článku.</w:t>
      </w:r>
    </w:p>
    <w:p/>
    <w:p>
      <w:pPr>
        <w:jc w:val="center"/>
      </w:pPr>
      <w:r>
        <w:t>Vygenerované: 23.03.2026 13:00:55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