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Polymorfizmus aldehyddehydrogenázy 2 rs671 môže byť spojený so zvýšeným rizikom koronárnej aterosklerózy u pacientov s diabetes mellitus 2.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skúmala vzťah medzi genetickým polymorfizmom ALDH2 rs671 a rizikom koronárnej aterosklerózy u pacientov s diabetes mellitus 2. typu.[4] Výskum zahŕňal 701 pacientov s diabetes mellitus 2. typu (364 s koronárnou aterosklerózou a 337 bez nej) sledovaných od januára 2019 do februára 2024.[4] Výsledky ukázali, že genotypy G/A a A/A polymorfizmu ALDH2 rs671 boli výrazne častejšie u pacientov s koronárnou aterosklerózou v porovnaní s kontrolnou skupinou.[4] Logistická regresná analýza identifikovala niekoľko rizikových faktorov: nadváha (pomer pravdepodobnosti 1,837), fajčenie (1,644), hypertenzia (2,007), dyslipidémia (1,809) a prítomnosť genotypu G/A alebo A/A polymorfizmu ALDH2 rs671 (1,564).[4] Štúdia dospela k záveru, že nadváha, hypertenzia, dyslipidémia a genotyp ALDH2 rs671 G/A alebo A/A sú spojené so zvýšeným rizikom koronárnej aterosklerózy u pacientov s diabetes mellitus 2. typu.[4]</w:t>
      </w:r>
    </w:p>
    <w:p/>
    <w:p>
      <w:pPr>
        <w:jc w:val="center"/>
      </w:pPr>
      <w:r>
        <w:t>Vygenerované: 23.03.2026 13:01:07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