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Doctronic vyzbiera 40 miliónov dolárov, pretože preteky o aplikovanie AI v klinickej starostlivosti sa roztápajú</w:t>
      </w:r>
    </w:p>
    <w:p>
      <w:r>
        <w:t>Zdroj: STAT News</w:t>
      </w:r>
    </w:p>
    <w:p>
      <w:r>
        <w:t>Publikované: Mon, 23 Mar 2026 12:00:00 +0000</w:t>
      </w:r>
    </w:p>
    <w:p/>
    <w:p>
      <w:pPr>
        <w:pStyle w:val="Heading1"/>
      </w:pPr>
      <w:r>
        <w:t>Súhrn</w:t>
      </w:r>
    </w:p>
    <w:p>
      <w:r>
        <w:t>Doctronic, startup za provokatívnym experimentom v Utahu, vyzbieral 40 miliónov dolárov. Experiment sa zameriaval na obnovenie predpisovania liekov s využitím chatbota. Firma sa zapája do súťaže o aplikáciu umelej inteligencie v klinickej starostlivosti. Tento proces sa podľa článku zrýchľuje. Doctronic je známy svojím experimentom v Utahu. Financovanie podporuje ich snahu o integráciu AI do zdravotnej starostlivosti.</w:t>
      </w:r>
    </w:p>
    <w:p/>
    <w:p>
      <w:pPr>
        <w:jc w:val="center"/>
      </w:pPr>
      <w:r>
        <w:t>Vygenerované: 23.03.2026 13:01:16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