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agresívnej zadnej retinopatie nedonosených (AP-ROP) v nemeckom registri ROP Retina.net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analyzovala rizikové faktory agresívnej zadnej retinopatie nedonosených (AP-ROP) u 350 dojčiat liečených na ROP v nemeckom registri Retina.net v rokoch 2011–2020, pričom AP-ROP bola diagnostikovaná u 21 dojčiat (6 %), čo predstavovalo 38 očí (5,5 %). Dojčatá s AP-ROP mali výrazne nižší gestačný vek (24,3 vs. 25,4 týždňa; p=0,0001) a nižšiu pôrodnú hmotnosť (595 vs. 697 g; p=0,0262) ako kontrolná skupina (N=329). Liečba AP-ROP prebiehala vo výrazne nižšom postmenštruačnom a postnatálnom veku, prevažne intravitreálnou anti-VEGF terapiou (79 % očí) oproti laserovej fotokoagulácii u kontrol (60 %). Oči s AP-ROP vyžadovali častejšie opakované ošetrenia (39 % vs. 15 %; p=0,0002). Po približne 12 mesiacoch postnatálneho veku malo 12 z 15 očí s AP-ROP centrálnu fixáciu, 6 z 15 vykazovalo strabizmus a medián sférického ekvivalentu bol 0,0 dpt (IQR: -2,6 až 1,0 dpt). U jedného dieťaťa došlo k úplnému a u jedného k čiastočnému odchlípeniu sietnice na jednom oku. Štúdia potvrdila rizikové faktory ako nízky gestačný vek a pôrodná hmotnosť, no nepozorovala mužské pohlavie ani niektoré komorbidity.</w:t>
      </w:r>
    </w:p>
    <w:p/>
    <w:p>
      <w:pPr>
        <w:jc w:val="center"/>
      </w:pPr>
      <w:r>
        <w:t>Vygenerované: 23.03.2026 14:01:05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