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Zriedkavý prípad infekcie Pneumocystis jirovecii s ľavým hydropneumotoraxom po imunoterapii v štádiu IVB jasnobunkového renálneho karcinómu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Článok popisuje zriedkavý prípad infekcie Pneumocystis jirovecii komplikovaného ľavostranným hydropneumotoraxom u pacienta so štádiom IVB jasnobunkového renálneho karcinómu po imunoterapii. Pacient mal metastázy do zostupného hrubého čreva, pečene a horného pólu ľavej obličky s klinickým štádiom T4NxM1. Po podaní kombinovanej imunoterapie inhibítormi PD-1 (toripalimab) a antiangiogénnymi látkami (sunitinib, axitinib) sa vyvinula progresívna dýchavičnosť, tlak na hrudníku, hypoxémia a anúria. Diagnóza bola potvrdená RTG hrudníka, bronchoalveolárnou lavážou a metagenomickým sekvenovaním patogénnych mikroorganizmov. Pneumocystis jirovecii pneumónia (PJP) je oportúnna infekcia postihujúca imunokompromitovaných pacientov, najmä s HIV a nízkym počtom CD4+ lymfocytov, s vysokou mortalitou. PJP s hydropneumotoraxom po imunoterapii u pacientov s rakovinou je mimoriadne zriedkavá. Autori zdôrazňujú potrebu včasnej diagnostiky a manažmentu u pacientov s rakovinou podstupujúcich imunoterapiu.</w:t>
      </w:r>
    </w:p>
    <w:p/>
    <w:p>
      <w:pPr>
        <w:jc w:val="center"/>
      </w:pPr>
      <w:r>
        <w:t>Vygenerované: 23.03.2026 14:01:16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