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Klinické skúšky: Sú správcovia údajov pripravení na AI v EDC?</w:t>
      </w:r>
    </w:p>
    <w:p>
      <w:r>
        <w:t>Zdroj: Pharmaceutical Technology</w:t>
      </w:r>
    </w:p>
    <w:p>
      <w:r>
        <w:t>Publikované: Mon, 23 Mar 2026 12:56:08 +0000</w:t>
      </w:r>
    </w:p>
    <w:p/>
    <w:p>
      <w:pPr>
        <w:pStyle w:val="Heading1"/>
      </w:pPr>
      <w:r>
        <w:t>Súhrn</w:t>
      </w:r>
    </w:p>
    <w:p>
      <w:r>
        <w:t>Bohužiaľ, nemôžem vytvoriť súhrn požadovaného článku, pretože v poskytnutých výsledkoch vyhľadávania sa nenachádza článok s názvom "Clinical trials: Are data managers ready for AI in EDC?" Vyhľadané výsledky obsahujú informácie o využití AI v klinických skúškach, správe údajov a EDC systémoch, ale nie konkrétny článok, ktorý ste uviedli. Aby som mohol vytvoriť presný a faktický súhrn podľa vašich požiadaviek, potrebujem prístup k úplnému textu tohto konkrétneho článku. Ak mi poskytnete obsah článku alebo jeho väčšiu časť, budem môcť vytvoriť súhrn v rozsahu 6-8 viet s overenými faktami bez špekulácií a názorov.</w:t>
      </w:r>
    </w:p>
    <w:p/>
    <w:p>
      <w:pPr>
        <w:jc w:val="center"/>
      </w:pPr>
      <w:r>
        <w:t>Vygenerované: 23.03.2026 15:01:08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