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Meningitída: vypuknutie Kent &amp;#x201c;prechádza vrcholom&amp;#x201d; keďže jeden nový podozrivý prípad je hlásený v severozápadnom Anglicku</w:t>
      </w:r>
    </w:p>
    <w:p>
      <w:r>
        <w:t>Zdroj: BMJ</w:t>
      </w:r>
    </w:p>
    <w:p>
      <w:r>
        <w:t>Publikované: 2026-03-23T06:11:07-07:00</w:t>
      </w:r>
    </w:p>
    <w:p/>
    <w:p>
      <w:pPr>
        <w:pStyle w:val="Heading1"/>
      </w:pPr>
      <w:r>
        <w:t>Súhrn</w:t>
      </w:r>
    </w:p>
    <w:p>
      <w:r>
        <w:t>Prepuknutie meningitídy B v Kente, pri ktorom zomreli dvaja mladí ľudia, už prekonalo svoj vrchol.[1] Britská agentúra pre zdravotnú bezpečnosť (UKHSA) hlásila podozrivý prípad meningokokovej meningitídy na vysokej škole St John Rigby v Orrelle vo Wigane na severozápadnom Anglicku.[1] Vysoká škola potvrdila, že neexistuje žiadna známa súvislosť medzi prípadom vo Wigane a prepuknutím v Kente.[1] Všetci blízki kontakty študenta vo Wigane boli identifikovaní a ako preventívne opatrenie im boli ponúknuté antibiotiká.[1] Nikto, kto ešte nebol identifikovaný a kontaktovaný, nepotrebuje antibiotiká.[1] Zdravotnícke agentúry v Kente hlásili celkovo 29 prípadov meningitídy, z toho 20 potvrdených prípadov meningitídy B, ktorá sa šírila najmä medzi študentmi University of Kent a študentmi miestnych škôl.[1]</w:t>
      </w:r>
    </w:p>
    <w:p/>
    <w:p>
      <w:pPr>
        <w:jc w:val="center"/>
      </w:pPr>
      <w:r>
        <w:t>Vygenerované: 23.03.2026 16:00:33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