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Epic hovorí, že odhalil hnilobu pri zdieľaní záznamov o pacientoch. Bude HHS konať?</w:t>
      </w:r>
    </w:p>
    <w:p>
      <w:r>
        <w:t>Zdroj: STAT News</w:t>
      </w:r>
    </w:p>
    <w:p>
      <w:r>
        <w:t>Publikované: Mon, 23 Mar 2026 14:48:29 +0000</w:t>
      </w:r>
    </w:p>
    <w:p/>
    <w:p>
      <w:pPr>
        <w:pStyle w:val="Heading1"/>
      </w:pPr>
      <w:r>
        <w:t>Súhrn</w:t>
      </w:r>
    </w:p>
    <w:p>
      <w:r>
        <w:t>Spoločnosť Epic odhalila v nedávnom súdnom spore problém pri zdieľaní záznamov pacientov. Jedna firma sa údajne vydávala za poskytovateľa prístupu k týmto záznamom pre právnické firmy. Táto situácia vyvolala výzvu na zvýšený dohľad zo strany úradov. Epic upozorňuje na hnilobu v systéme zdieľania pacientových údajov. Otázka znie, či sa k tomu postaví americké ministerstvo zdravotníctva HHS.</w:t>
      </w:r>
    </w:p>
    <w:p/>
    <w:p>
      <w:pPr>
        <w:jc w:val="center"/>
      </w:pPr>
      <w:r>
        <w:t>Vygenerované: 23.03.2026 16:00:51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