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Zomrel nositeľ Nobelovej ceny; srdcová chyba 'Buffy' Star; Kybernetický útok odďaľuje operácie</w:t>
      </w:r>
    </w:p>
    <w:p>
      <w:r>
        <w:t>Zdroj: MedPage Today</w:t>
      </w:r>
    </w:p>
    <w:p>
      <w:r>
        <w:t>Publikované: Mon, 23 Mar 2026 09:44:22 -0400</w:t>
      </w:r>
    </w:p>
    <w:p/>
    <w:p>
      <w:pPr>
        <w:pStyle w:val="Heading1"/>
      </w:pPr>
      <w:r>
        <w:t>Súhrn</w:t>
      </w:r>
    </w:p>
    <w:p>
      <w:r>
        <w:t>J. Michael Bishop, americký imunológ a mikrobiológ, zomrel 20. marca 2026 v San Franciscu vo veku 90 rokov na zápal pľúc.[1] Získal Nobelovu cenu za fyziológiu alebo medicínu v roku 1989 spolu s Haroldom Varmusom za objav bunkového pôvodu retrovirálnych onkogénov.[5] Ich výskum v 70. rokoch ukázal, že onkogény spôsobujúce rakovinu pochádzajú z normálnych bunkových génov nazývaných proto-onkogény.[1][2] Bishop a Varmus skúmali Rousov sarkómový vírus, ktorý spôsobuje rakovinu u sliepok, a zistili, že podobný gén src je prítomný aj v zdravých bunkách vtákov, cicavcov a ľudí.[3][4] Tento objav zmenil pochopenie rakoviny ako ochorenia spôsobeného mutáciami vlastných génov bunky namiesto iba vonkajších faktorov.[1][5] Ich práca viedla k identifikácii mnohých ďalších proto-onkogénov a položila základy pre molekulárne mechanizmy rakoviny.[3]</w:t>
      </w:r>
    </w:p>
    <w:p/>
    <w:p>
      <w:pPr>
        <w:jc w:val="center"/>
      </w:pPr>
      <w:r>
        <w:t>Vygenerované: 23.03.2026 16:01:02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