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Kultúrna adaptácia a psychometrická validácia Gastrointestinal Unhelpful Thinking Scale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Čínska verzia Gastrointestinal Unhelpful Thinking Scale (GUTs) bola preložená, kultúrne adaptovaná a psychometricky validovaná u 212 pacientov so syndrómom dráždivého čreva (IBS) v Šanghaji podľa Brislinovho modelu. Škála má vynikajúcu obsahovú validitu s úrovňou 0,80 a priemernou úrovňou škály 0,987. Exploračná faktorová analýza potvrdila pôvodnú dvojfaktorovú štruktúru (katastrofizujúca bolesť a viscerálna citlivosť), ktorá vysvetľuje 66,240 % celkového rozptylu. Potvrdzujúca faktorová analýza ukázala prijateľné prispôsobenie modelu: χ²/df = 2,991, CFI = 0,853, RMSEA = 0,038. Škála má dobrú vnútornú konzistenciu (Cronbachovo α = 0,947), spoľahlivosť test-retest (ICC = 0,844) a Spearmanov-Brownov koeficient 0,912. GUTs je platnou a spoľahlivou mierkou na hodnotenie gastrointestinálnych špecifických vzorcov myslenia u čínskych pacientov s IBS vhodnou pre klinické použitie.</w:t>
      </w:r>
    </w:p>
    <w:p/>
    <w:p>
      <w:pPr>
        <w:jc w:val="center"/>
      </w:pPr>
      <w:r>
        <w:t>Vygenerované: 23.03.2026 18:00:30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