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Stanovte si diagnózu: Od transplantácie kostnej drene po obrovskú vyrážku. Aká je vaša diagnóza?</w:t>
      </w:r>
    </w:p>
    <w:p>
      <w:r>
        <w:t>Zdroj: MedPage Today</w:t>
      </w:r>
    </w:p>
    <w:p>
      <w:r>
        <w:t>Publikované: Mon, 23 Mar 2026 13:17:22 -0400</w:t>
      </w:r>
    </w:p>
    <w:p/>
    <w:p>
      <w:pPr>
        <w:pStyle w:val="Heading1"/>
      </w:pPr>
      <w:r>
        <w:t>Súhrn</w:t>
      </w:r>
    </w:p>
    <w:p>
      <w:r>
        <w:t>Článok z MedPage Today je interaktívny prípadový popis s názvom „Stanovte si diagnózu: Od transplantácie kostnej drene po obrovskú vyrážku. Aká je vaša diagnóza?“. Ide o klinický prípad pacienta, ktorý po transplantácii kostnej drene vyvinul rozsiahlu vyrážku. Cieľom je, aby čitatelia na základe popísaných príznakov stanovili správnu diagnózu. Konkrétne detaily prípadu, štatistiky alebo výsledky nie sú v poskytnutom obsahu uvedené.</w:t>
      </w:r>
    </w:p>
    <w:p/>
    <w:p>
      <w:pPr>
        <w:jc w:val="center"/>
      </w:pPr>
      <w:r>
        <w:t>Vygenerované: 23.03.2026 20:00:54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