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ukončenie grantov NIH ovplyvnilo vedkyne viac ako mužov</w:t>
      </w:r>
    </w:p>
    <w:p>
      <w:r>
        <w:t>Zdroj: STAT News</w:t>
      </w:r>
    </w:p>
    <w:p>
      <w:r>
        <w:t>Publikované: Mon, 23 Mar 2026 19:46:15 +0000</w:t>
      </w:r>
    </w:p>
    <w:p/>
    <w:p>
      <w:pPr>
        <w:pStyle w:val="Heading1"/>
      </w:pPr>
      <w:r>
        <w:t>Súhrn</w:t>
      </w:r>
    </w:p>
    <w:p>
      <w:r>
        <w:t>Nemôžem vytvoriť súhrn článku s názvom "NIH grant terminations affected women scientists more than men, study finds", pretože tento konkrétny článok nie je obsiahnutý v poskytnutých výsledkoch vyhľadávania. Poskytnuté zdroje obsahujú informácie o ukončení grantov NIH a ich vplyve na výskumných pracovníkov, vrátane žien, ale nenachádzam špecifickú štúdiu porovnávajúcu vplyv na vedkyne a vedcov podľa pohlavia. Ak by ste chceli, môžem vytvoriť súhrn informácií o ukončení grantov NIH z dostupných zdrojov, alebo mi poskytnite text konkrétneho článku, ktorý chcete zhrnúť.</w:t>
      </w:r>
    </w:p>
    <w:p/>
    <w:p>
      <w:pPr>
        <w:jc w:val="center"/>
      </w:pPr>
      <w:r>
        <w:t>Vygenerované: 23.03.2026 21:00:40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