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„Pozvali sa 80. roky“: Cieľom pravidla CMS je postupné vyradenie faxov na zdravotné tvrdenia</w:t>
      </w:r>
    </w:p>
    <w:p>
      <w:r>
        <w:t>Zdroj: MedPage Today</w:t>
      </w:r>
    </w:p>
    <w:p>
      <w:r>
        <w:t>Publikované: Mon, 23 Mar 2026 16:57:11 -0400</w:t>
      </w:r>
    </w:p>
    <w:p/>
    <w:p>
      <w:pPr>
        <w:pStyle w:val="Heading1"/>
      </w:pPr>
      <w:r>
        <w:t>Súhrn</w:t>
      </w:r>
    </w:p>
    <w:p>
      <w:r>
        <w:t>CMS vydalo konečné pravidlo na postupné vyradenie faxových strojov pri predkladaní zdravotných tvrdení. Správca CMS Mehmet Oz, MD, MBA, v tlačovej správe uviedol, že „ozvali sa 80. roky a chcú späť svoje faxy“. Pravidlo reaguje na dlhodobé používanie faxov v zdravotníctve. Agentúra týmto opatrením zavádza modernizáciu procesov. Cieľom je zefektívniť predkladanie zdravotných nárokov. Pravidlo bolo oznámené prostredníctvom tlačovej správy CMS.</w:t>
      </w:r>
    </w:p>
    <w:p/>
    <w:p>
      <w:pPr>
        <w:jc w:val="center"/>
      </w:pPr>
      <w:r>
        <w:t>Vygenerované: 23.03.2026 23:00:30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