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Vôbec prvý atómový film odhaľuje skrytý faktor poškodenia radiáciou</w:t>
      </w:r>
    </w:p>
    <w:p>
      <w:r>
        <w:t>Zdroj: ScienceDaily Health</w:t>
      </w:r>
    </w:p>
    <w:p>
      <w:r>
        <w:t>Publikované: Tue, 24 Mar 2026 23:53:24 EDT</w:t>
      </w:r>
    </w:p>
    <w:p/>
    <w:p>
      <w:pPr>
        <w:pStyle w:val="Heading1"/>
      </w:pPr>
      <w:r>
        <w:t>Súhrn</w:t>
      </w:r>
    </w:p>
    <w:p>
      <w:r>
        <w:t>Výskumníci vytvorili vôbec prvý atómový film, ktorý vizualizuje atómy v pohybe tesne pred procesom rozpadu riadeného žiarením. Tento film odhaľuje prekvapivo dynamickú scénu, kde atómy netrvajú nehybne, ale túlajú sa a preskupujú. Takýto pohyb priamo ovplyvňuje, ako a kedy sa rozpad rozvinie. Štruktúra a pohyb atómov hrajú ústrednú úlohu v mechanizmoch poškodenia radiáciou. Zistenia pomáhajú lepšie pochopiť, ako škodlivé žiarenie ovplyvňuje biologickú hmotu.</w:t>
      </w:r>
    </w:p>
    <w:p/>
    <w:p>
      <w:pPr>
        <w:jc w:val="center"/>
      </w:pPr>
      <w:r>
        <w:t>Vygenerované: 25.03.2026 06:00:50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