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Pokroky v biopsii kostnej drene: úloha omiky a umelej inteligencie v hematologickej diagnostike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Biopsia kostnej drene je základným prvkom diagnostiky, klasifikácie a monitorovania hematologických porúch, kde poskytuje morfologické a imunofenotypové informácie. Konvenčné hodnotenie je obmedzené variabilitou medzi pozorovateľmi a neschopnosťou zachytiť úplnú molekulárnu a priestorovú zložitosť patológie. Multi-omické technológie, ako genomika, epigenomika, transkriptomika, proteomika, lipidomika, metabolomika a mikrobiomika, spolu s umelou inteligenciou pretvárajú toto hodnotenie. Vytvárajú vysokorozmerné údaje, ktoré odhaľujú molekulárne podpisy chorôb, spresňujú klasifikáciu, zlepšujú stratifikáciu rizika a podporujú terapeutické rozhodovanie. Analýza obrazu pomocou umelej inteligencie zvyšuje objektivitu a reprodukovateľnosť pri integrácii morfologických a molekulárnych údajov z histológie biopsie a cytológie aspirátu. Klinický preklad týchto pokrokov brzdia problémy so štandardizáciou, nákladmi, integráciou údajov a regulačnou validáciou. Mini-recenzia sumarizuje aplikácie omiky a umelej inteligencie v diagnostike biopsie kostnej drene a diskutuje budúcnosť integrovanej presnej hematológie.</w:t>
      </w:r>
    </w:p>
    <w:p/>
    <w:p>
      <w:pPr>
        <w:jc w:val="center"/>
      </w:pPr>
      <w:r>
        <w:t>Vygenerované: 24.03.2026 07:01:22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