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medzi spotrebou ultraspracovaných potravín a rizikom syndrómu dráždivého čreva a funkčnou dyspepsiou: systematický prehľad a metaanalýza pozorovacích štúdií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Systematický prehľad a metaanalýza zahŕňala desať observačných štúdií s celkovým počtom 232 448 účastníkov. Vysoká spotreba ultraspracovaných potravín (UPF) bola významne spojená s vyšším rizikom syndrómu dráždivého čreva (IBS) s pomerom šancí OR = 1,32 (95 % CI: 1,16–1,49) na základe 9 štúdií. Rovnako bola spojená s vyšším rizikom funkčnej dyspepsie (FD) s OR = 1,26 (95 % CI: 1,07–1,49) na základe 3 štúdií. Najsilnejšia asociácia sa preukázala u sýtených a cukrom sladených nápoľov s OR = 1,98 (95 % CI: 1,40–2,80). Zistenie pre FD stratilo významnosť v analýze citlivosti, pretože bolo ovplyvnené jednou veľkou kohortou. Heterogenita bola nízka v štúdiách s klasifikáciou NOVA alebo porovnaním podľa kvartilov (I² = 0 %). Eggerov test nepreukázal významnú asymetriu pre IBS (p = 0,153). Záver odporúča zníženie príjmu UPF ako stratégiu na prevenciu IBS, pre FD sú dôkazy predbežné.</w:t>
      </w:r>
    </w:p>
    <w:p/>
    <w:p>
      <w:pPr>
        <w:jc w:val="center"/>
      </w:pPr>
      <w:r>
        <w:t>Vygenerované: 24.03.2026 07:01:33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